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🍂  </w:t>
      </w:r>
      <w:r>
        <w:rPr>
          <w:b/>
          <w:sz w:val="26"/>
          <w:szCs w:val="26"/>
        </w:rPr>
        <w:t>JELOVNIK  🍎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DJEČJI VRTIĆ ĐURMANEC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LISTOPAD 2026.  •  1. – 2. LISTOPADA</w:t>
      </w:r>
    </w:p>
    <w:tbl>
      <w:tblPr>
        <w:tblW w:w="1581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636"/>
        <w:gridCol w:w="2635"/>
        <w:gridCol w:w="2637"/>
        <w:gridCol w:w="2636"/>
        <w:gridCol w:w="2635"/>
        <w:gridCol w:w="2637"/>
      </w:tblGrid>
      <w:tr>
        <w:trPr/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DAN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DORUČAK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RUČAK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UŽINA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ALERGENI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Četvrtak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 xml:space="preserve">Zobena kaša s </w:t>
            </w:r>
            <w:r>
              <w:rPr>
                <w:b w:val="false"/>
                <w:sz w:val="26"/>
                <w:szCs w:val="26"/>
              </w:rPr>
              <w:t>mlijekom,</w:t>
            </w:r>
            <w:r>
              <w:rPr>
                <w:b w:val="false"/>
                <w:sz w:val="26"/>
                <w:szCs w:val="26"/>
              </w:rPr>
              <w:t xml:space="preserve"> jabukom i cimetom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Zagorska juha od povrća, puretina u umaku, heljdina kaša, salata od cikle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sa svježim sirom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Petak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Palenta s jogurtom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Riblja juha, pečeni oslić, krumpir i špinat, salata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Kukuruzna zlevanka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4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ALERGENI:  1 – gluten   •   3 – jaje   •   4 – riba   •   7 – mlijeko   •   9 – celer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>Napomena:  Za djecu s  utvrđenim alergijama I intolerancijama osigurava se odgovarajući zamjenski obrok prema individualnom planu vrtića.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Svi napici koji se poslužuju djeci ne sadrže dodane šećere. Djecu se tijekom boravka u vrtiću potiče na redovito pijenje </w:t>
      </w:r>
      <w:r>
        <w:rPr>
          <w:b/>
          <w:bCs/>
          <w:i/>
          <w:sz w:val="26"/>
          <w:szCs w:val="26"/>
        </w:rPr>
        <w:t>vode.</w:t>
      </w:r>
    </w:p>
    <w:p>
      <w:pPr>
        <w:pStyle w:val="Normal"/>
        <w:spacing w:before="0" w:after="200"/>
        <w:jc w:val="center"/>
        <w:rPr>
          <w:b w:val="false"/>
          <w:bCs w:val="false"/>
          <w:i/>
          <w:sz w:val="26"/>
          <w:szCs w:val="26"/>
        </w:rPr>
        <w:sectPr>
          <w:type w:val="nextPage"/>
          <w:pgSz w:orient="landscape" w:w="16838" w:h="11906"/>
          <w:pgMar w:left="510" w:right="510" w:gutter="0" w:header="0" w:top="454" w:footer="0" w:bottom="454"/>
          <w:pgNumType w:fmt="decimal"/>
          <w:formProt w:val="false"/>
          <w:textDirection w:val="lrTb"/>
          <w:docGrid w:type="default" w:linePitch="360" w:charSpace="0"/>
        </w:sectPr>
      </w:pPr>
      <w:r>
        <w:rPr>
          <w:b w:val="false"/>
          <w:bCs w:val="false"/>
          <w:i/>
          <w:sz w:val="26"/>
          <w:szCs w:val="26"/>
        </w:rPr>
        <w:t>U slučaju nemogućnosti nabave pojedine namirnice , ista se može zamjeniti nutritivno odgovarajućom namirnicom.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🍂  </w:t>
      </w:r>
      <w:r>
        <w:rPr>
          <w:b/>
          <w:sz w:val="26"/>
          <w:szCs w:val="26"/>
        </w:rPr>
        <w:t>JELOVNIK  🍎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DJEČJI VRTIĆ ĐURMANEC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LISTOPAD 2026.  •  5. – 9. LISTOPADA</w:t>
      </w:r>
    </w:p>
    <w:tbl>
      <w:tblPr>
        <w:tblW w:w="1581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636"/>
        <w:gridCol w:w="2635"/>
        <w:gridCol w:w="2637"/>
        <w:gridCol w:w="2636"/>
        <w:gridCol w:w="2635"/>
        <w:gridCol w:w="2637"/>
      </w:tblGrid>
      <w:tr>
        <w:trPr/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DAN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DORUČAK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RUČAK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UŽINA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ALERGENI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Ponedjeljak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Pšenični gris na mlijeku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Varivo od leće, mrkve, krumpira i povrća, puretina, kruh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Kolač od mrkve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•</w:t>
            </w:r>
            <w:r>
              <w:rPr>
                <w:b/>
                <w:sz w:val="26"/>
                <w:szCs w:val="26"/>
              </w:rPr>
              <w:t>3</w:t>
            </w:r>
            <w:r>
              <w:rPr>
                <w:b/>
                <w:sz w:val="26"/>
                <w:szCs w:val="26"/>
              </w:rPr>
              <w:t xml:space="preserve"> •7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Utorak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sa sirnim namazom i kuhanim jajem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Pileća juha s povrćem, piletina, riža, grašak i mrkva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Pečena jabuka s cimetom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Srijeda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Palenta + mlijeko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Zagorski grah s povrćem i junetinom, kruh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Jogurt sa dodanim voćem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Četvrtak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Zobene pahuljice s mlijekom i kruškom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Krpice sa zeljem i puretinom, salata od cikle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+ namaz od svježeg sira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• 7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Petak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Kruh, sirni namaz, čaj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Tjestenina sa lososom u blagom umaku.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Bučnica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</w:t>
            </w:r>
            <w:r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 xml:space="preserve"> • 7</w:t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ALERGENI:  1 – gluten   •   3 – jaje   •   4 – riba   •   7 – mlijeko   •   9 – celer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>Napomena:  Za djecu s  utvrđenim alergijama I intolerancijama osigurava se odgovarajući zamjenski obrok prema individualnom planu vrtića.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Svi napici koji se poslužuju djeci ne sadrže dodane šećere. Djecu se tijekom boravka u vrtiću potiče na redovito pijenje </w:t>
      </w:r>
      <w:r>
        <w:rPr>
          <w:b/>
          <w:bCs/>
          <w:i/>
          <w:sz w:val="26"/>
          <w:szCs w:val="26"/>
        </w:rPr>
        <w:t>vode.</w:t>
      </w:r>
    </w:p>
    <w:p>
      <w:pPr>
        <w:pStyle w:val="Normal"/>
        <w:spacing w:before="0" w:after="200"/>
        <w:jc w:val="center"/>
        <w:rPr>
          <w:b w:val="false"/>
          <w:bCs w:val="false"/>
          <w:i/>
          <w:sz w:val="26"/>
          <w:szCs w:val="26"/>
        </w:rPr>
        <w:sectPr>
          <w:type w:val="nextPage"/>
          <w:pgSz w:orient="landscape" w:w="16838" w:h="11906"/>
          <w:pgMar w:left="510" w:right="510" w:gutter="0" w:header="0" w:top="454" w:footer="0" w:bottom="454"/>
          <w:pgNumType w:fmt="decimal"/>
          <w:formProt w:val="false"/>
          <w:textDirection w:val="lrTb"/>
          <w:docGrid w:type="default" w:linePitch="360" w:charSpace="0"/>
        </w:sectPr>
      </w:pPr>
      <w:r>
        <w:rPr>
          <w:b w:val="false"/>
          <w:bCs w:val="false"/>
          <w:i/>
          <w:sz w:val="26"/>
          <w:szCs w:val="26"/>
        </w:rPr>
        <w:t>U slučaju nemogućnosti nabave pojedine namirnice , ista se može zamjeniti nutritivno odgovarajućom namirnicom.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🍂  </w:t>
      </w:r>
      <w:r>
        <w:rPr>
          <w:b/>
          <w:sz w:val="26"/>
          <w:szCs w:val="26"/>
        </w:rPr>
        <w:t>JELOVNIK  🍎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DJEČJI VRTIĆ ĐURMANEC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LISTOPAD 2026.  •  12. – 16. LISTOPADA</w:t>
      </w:r>
    </w:p>
    <w:tbl>
      <w:tblPr>
        <w:tblW w:w="1581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636"/>
        <w:gridCol w:w="2635"/>
        <w:gridCol w:w="2637"/>
        <w:gridCol w:w="2636"/>
        <w:gridCol w:w="2635"/>
        <w:gridCol w:w="2637"/>
      </w:tblGrid>
      <w:tr>
        <w:trPr/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DAN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DORUČAK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RUČAK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UŽINA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ALERGENI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Ponedjeljak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 xml:space="preserve">Zobena kaša s </w:t>
            </w:r>
            <w:r>
              <w:rPr>
                <w:b w:val="false"/>
                <w:sz w:val="26"/>
                <w:szCs w:val="26"/>
              </w:rPr>
              <w:t>mlijekom,</w:t>
            </w:r>
            <w:r>
              <w:rPr>
                <w:b w:val="false"/>
                <w:sz w:val="26"/>
                <w:szCs w:val="26"/>
              </w:rPr>
              <w:t xml:space="preserve"> jabukom </w:t>
            </w:r>
            <w:r>
              <w:rPr>
                <w:b w:val="false"/>
                <w:sz w:val="26"/>
                <w:szCs w:val="26"/>
              </w:rPr>
              <w:t>I cimetom.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Slanutak s povrćem i piletinom, riža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Jogurt sa dodanim voćem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Utorak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+ kuhano jaje + sir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Juha od bundeve, pureće okruglice, pire krumpir, brokula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Puding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Srijeda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Gris s kakaom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Oslić s krumpirom i blitvom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Kukuruzni kruh , sviježi sir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• 3 • 4 • 7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Četvrtak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Palenta + jogurt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Varivo od ječma, povrća i junetine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Kolač od jabuke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Petak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sa šunkom I sirom.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Zagorska juha, puretina s povrćem, riža, salata od kupusa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Zlevanka od buče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7• </w:t>
            </w:r>
            <w:r>
              <w:rPr>
                <w:b/>
                <w:sz w:val="26"/>
                <w:szCs w:val="26"/>
              </w:rPr>
              <w:t>9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ALERGENI:  1 – gluten   •   3 – jaje   •   4 – riba   •   7 – mlijeko   •   9 – celer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>Napomena:  Za djecu s  utvrđenim alergijama I intolerancijama osigurava se odgovarajući zamjenski obrok prema individualnom planu vrtića.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Svi napici koji se poslužuju djeci ne sadrže dodane šećere. Djecu se tijekom boravka u vrtiću potiče na redovito pijenje </w:t>
      </w:r>
      <w:r>
        <w:rPr>
          <w:b/>
          <w:bCs/>
          <w:i/>
          <w:sz w:val="26"/>
          <w:szCs w:val="26"/>
        </w:rPr>
        <w:t>vode.</w:t>
      </w:r>
    </w:p>
    <w:p>
      <w:pPr>
        <w:pStyle w:val="Normal"/>
        <w:spacing w:before="0" w:after="200"/>
        <w:jc w:val="center"/>
        <w:rPr>
          <w:b w:val="false"/>
          <w:bCs w:val="false"/>
          <w:i/>
          <w:sz w:val="26"/>
          <w:szCs w:val="26"/>
        </w:rPr>
        <w:sectPr>
          <w:type w:val="nextPage"/>
          <w:pgSz w:orient="landscape" w:w="16838" w:h="11906"/>
          <w:pgMar w:left="510" w:right="510" w:gutter="0" w:header="0" w:top="454" w:footer="0" w:bottom="454"/>
          <w:pgNumType w:fmt="decimal"/>
          <w:formProt w:val="false"/>
          <w:textDirection w:val="lrTb"/>
          <w:docGrid w:type="default" w:linePitch="360" w:charSpace="0"/>
        </w:sectPr>
      </w:pPr>
      <w:r>
        <w:rPr>
          <w:b w:val="false"/>
          <w:bCs w:val="false"/>
          <w:i/>
          <w:sz w:val="26"/>
          <w:szCs w:val="26"/>
        </w:rPr>
        <w:t>U slučaju nemogućnosti nabave pojedine namirnice , ista se može zamjeniti nutritivno odgovarajućom namirnicom.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🍂  </w:t>
      </w:r>
      <w:r>
        <w:rPr>
          <w:b/>
          <w:sz w:val="26"/>
          <w:szCs w:val="26"/>
        </w:rPr>
        <w:t>JELOVNIK  🍎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DJEČJI VRTIĆ ĐURMANEC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LISTOPAD 2026.  •  19. – 23. LISTOPADA</w:t>
      </w:r>
    </w:p>
    <w:tbl>
      <w:tblPr>
        <w:tblW w:w="1581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636"/>
        <w:gridCol w:w="2635"/>
        <w:gridCol w:w="2637"/>
        <w:gridCol w:w="2636"/>
        <w:gridCol w:w="2635"/>
        <w:gridCol w:w="2637"/>
      </w:tblGrid>
      <w:tr>
        <w:trPr>
          <w:trHeight w:val="672" w:hRule="atLeast"/>
        </w:trPr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DAN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DORUČAK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RUČAK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UŽINA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ALERGENI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Ponedjeljak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Pahuljice s mlijekom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Varivo od slanutka, krumpira i povrća, piletina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Jogurt sa dodanim voćem.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Utorak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Kruh, svježi sir, kuhano jaje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Junetina u saftu, heljda, mrkva i grašak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Kolač od mrkve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7• </w:t>
            </w:r>
            <w:r>
              <w:rPr>
                <w:b/>
                <w:sz w:val="26"/>
                <w:szCs w:val="26"/>
              </w:rPr>
              <w:t>9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Srijeda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Riža na mlijeku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Riblja juha, oslić, krumpir i brokula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+ namaz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4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Četvrtak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Palenta + jogurt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Varivo od leće i povrća, puretina, kruh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Pečena kruška s cimetom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Petak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+ sirni namaz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Bolonjez tjestenina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Jogurt sa dodanim voćem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• 3 • 7</w:t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ALERGENI:  1 – gluten   •   3 – jaje   •   4 – riba   •   7 – mlijeko   •   9 – celer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>Napomena:  Za djecu s  utvrđenim alergijama I intolerancijama osigurava se odgovarajući zamjenski obrok prema individualnom planu vrtića.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Svi napici koji se poslužuju djeci ne sadrže dodane šećere. Djecu se tijekom boravka u vrtiću potiče na redovito pijenje </w:t>
      </w:r>
      <w:r>
        <w:rPr>
          <w:b/>
          <w:bCs/>
          <w:i/>
          <w:sz w:val="26"/>
          <w:szCs w:val="26"/>
        </w:rPr>
        <w:t>vode.</w:t>
      </w:r>
    </w:p>
    <w:p>
      <w:pPr>
        <w:pStyle w:val="Normal"/>
        <w:spacing w:before="0" w:after="200"/>
        <w:jc w:val="center"/>
        <w:rPr>
          <w:b w:val="false"/>
          <w:bCs w:val="false"/>
          <w:i/>
          <w:sz w:val="26"/>
          <w:szCs w:val="26"/>
        </w:rPr>
        <w:sectPr>
          <w:type w:val="nextPage"/>
          <w:pgSz w:orient="landscape" w:w="16838" w:h="11906"/>
          <w:pgMar w:left="510" w:right="510" w:gutter="0" w:header="0" w:top="454" w:footer="0" w:bottom="454"/>
          <w:pgNumType w:fmt="decimal"/>
          <w:formProt w:val="false"/>
          <w:textDirection w:val="lrTb"/>
          <w:docGrid w:type="default" w:linePitch="360" w:charSpace="0"/>
        </w:sectPr>
      </w:pPr>
      <w:r>
        <w:rPr>
          <w:b w:val="false"/>
          <w:bCs w:val="false"/>
          <w:i/>
          <w:sz w:val="26"/>
          <w:szCs w:val="26"/>
        </w:rPr>
        <w:t>U slučaju nemogućnosti nabave pojedine namirnice , ista se može zamjeniti nutritivno odgovarajućom namirnicom.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🍂  </w:t>
      </w:r>
      <w:r>
        <w:rPr>
          <w:b/>
          <w:sz w:val="26"/>
          <w:szCs w:val="26"/>
        </w:rPr>
        <w:t>JELOVNIK  🍎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DJEČJI VRTIĆ ĐURMANEC</w:t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LISTOPAD 2026.  •  26. – 30. LISTOPADA</w:t>
      </w:r>
    </w:p>
    <w:tbl>
      <w:tblPr>
        <w:tblW w:w="1581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636"/>
        <w:gridCol w:w="2635"/>
        <w:gridCol w:w="2637"/>
        <w:gridCol w:w="2636"/>
        <w:gridCol w:w="2635"/>
        <w:gridCol w:w="2637"/>
      </w:tblGrid>
      <w:tr>
        <w:trPr/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DAN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DORUČAK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RUČAK</w:t>
            </w:r>
          </w:p>
        </w:tc>
        <w:tc>
          <w:tcPr>
            <w:tcW w:w="2635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UŽINA</w:t>
            </w:r>
          </w:p>
        </w:tc>
        <w:tc>
          <w:tcPr>
            <w:tcW w:w="2637" w:type="dxa"/>
            <w:tcBorders/>
            <w:shd w:fill="DCE9D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ALERGENI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Ponedjeljak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Zobena kaša s jabukom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Grah s ječmenom kašom i povrćem, puretina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Jogurt, pecivo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Utorak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+ kuhano jaje + sir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Pileća juha, piletina u umaku od bundeve, riža, salata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Kolač od bundeve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Srijeda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Gris na mlijeku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Slanutak s junetinom i povrćem, kruh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Jogurt sa dodanim voćem.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7 • </w:t>
            </w:r>
            <w:r>
              <w:rPr>
                <w:b/>
                <w:sz w:val="26"/>
                <w:szCs w:val="26"/>
              </w:rPr>
              <w:t>9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2636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Četvrtak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Palenta + jogurt</w:t>
            </w:r>
          </w:p>
        </w:tc>
        <w:tc>
          <w:tcPr>
            <w:tcW w:w="263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Tjestenina sa lososom u blagom umaku.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Kolač od mrkve</w:t>
            </w:r>
          </w:p>
        </w:tc>
        <w:tc>
          <w:tcPr>
            <w:tcW w:w="2637" w:type="dxa"/>
            <w:tcBorders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</w:t>
            </w:r>
            <w:r>
              <w:rPr>
                <w:b/>
                <w:sz w:val="26"/>
                <w:szCs w:val="26"/>
              </w:rPr>
              <w:t>3 •</w:t>
            </w:r>
            <w:r>
              <w:rPr>
                <w:b/>
                <w:sz w:val="26"/>
                <w:szCs w:val="26"/>
              </w:rPr>
              <w:t xml:space="preserve"> 4 • 7</w:t>
            </w:r>
          </w:p>
        </w:tc>
      </w:tr>
      <w:tr>
        <w:trPr/>
        <w:tc>
          <w:tcPr>
            <w:tcW w:w="2636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Petak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Kruh + namaz od leće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Voće</w:t>
            </w:r>
          </w:p>
        </w:tc>
        <w:tc>
          <w:tcPr>
            <w:tcW w:w="2636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Zagorska juha, puretina s heljdom i povrćem</w:t>
            </w:r>
          </w:p>
        </w:tc>
        <w:tc>
          <w:tcPr>
            <w:tcW w:w="2635" w:type="dxa"/>
            <w:tcBorders/>
            <w:shd w:fill="F7F9F4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>
                <w:sz w:val="26"/>
                <w:szCs w:val="26"/>
              </w:rPr>
            </w:pPr>
            <w:r>
              <w:rPr>
                <w:b w:val="false"/>
                <w:sz w:val="26"/>
                <w:szCs w:val="26"/>
              </w:rPr>
              <w:t>Bućnica</w:t>
            </w:r>
          </w:p>
        </w:tc>
        <w:tc>
          <w:tcPr>
            <w:tcW w:w="2637" w:type="dxa"/>
            <w:tcBorders/>
            <w:shd w:fill="F7F9F4" w:val="clear"/>
          </w:tcPr>
          <w:p>
            <w:pPr>
              <w:pStyle w:val="Normal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• 3 • 7 • </w:t>
            </w:r>
            <w:r>
              <w:rPr>
                <w:b/>
                <w:sz w:val="26"/>
                <w:szCs w:val="26"/>
              </w:rPr>
              <w:t>9</w:t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ALERGENI:  1 – gluten   •   3 – jaje   •   4 – riba   •   7 – mlijeko   •   9 – celer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>Napomena:  Za djecu s  utvrđenim alergijama I intolerancijama osigurava se odgovarajući zamjenski obrok prema individualnom planu vrtića.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Svi napici koji se poslužuju djeci ne sadrže dodane šećere. Djecu se tijekom boravka u vrtiću potiče na redovito pijenje </w:t>
      </w:r>
      <w:r>
        <w:rPr>
          <w:b/>
          <w:bCs/>
          <w:i/>
          <w:sz w:val="26"/>
          <w:szCs w:val="26"/>
        </w:rPr>
        <w:t>vode.</w:t>
      </w:r>
    </w:p>
    <w:p>
      <w:pPr>
        <w:pStyle w:val="Normal"/>
        <w:spacing w:before="0" w:after="200"/>
        <w:jc w:val="center"/>
        <w:rPr>
          <w:b w:val="false"/>
          <w:bCs w:val="false"/>
          <w:i/>
          <w:sz w:val="26"/>
          <w:szCs w:val="26"/>
        </w:rPr>
      </w:pPr>
      <w:r>
        <w:rPr>
          <w:b w:val="false"/>
          <w:bCs w:val="false"/>
          <w:i/>
          <w:sz w:val="26"/>
          <w:szCs w:val="26"/>
        </w:rPr>
        <w:t>U slučaju nemogućnosti nabave pojedine namirnice , ista se može zamjeniti nutritivno odgovarajućom namirnicom.</w:t>
      </w:r>
    </w:p>
    <w:p>
      <w:pPr>
        <w:pStyle w:val="Normal"/>
        <w:spacing w:before="0" w:after="20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orient="landscape" w:w="16838" w:h="11906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ilnaslova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LibreOffice/26.2.1.2$Windows_X86_64 LibreOffice_project/620$Build-2</Application>
  <AppVersion>15.0000</AppVersion>
  <Pages>5</Pages>
  <Words>924</Words>
  <Characters>4291</Characters>
  <CharactersWithSpaces>5166</CharactersWithSpaces>
  <Paragraphs>197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hr-HR</dc:language>
  <cp:lastModifiedBy/>
  <cp:lastPrinted>2026-09-18T08:53:27Z</cp:lastPrinted>
  <dcterms:modified xsi:type="dcterms:W3CDTF">2026-09-21T07:53:24Z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